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i w:val="0"/>
          <w:color w:val="9A2B2B"/>
          <w:sz w:val="17"/>
        </w:rPr>
        <w:t>DEZEMBER-PAKET EVENTLOCATION · WEIHNACHTSFEIER 2026</w:t>
      </w:r>
    </w:p>
    <w:p>
      <w:pPr>
        <w:spacing w:after="80"/>
      </w:pPr>
      <w:r>
        <w:rPr>
          <w:rFonts w:ascii="Arial" w:hAnsi="Arial"/>
          <w:b/>
          <w:i w:val="0"/>
          <w:sz w:val="44"/>
        </w:rPr>
        <w:t>10 Fragen vor dem Weihnachtsfeier-Angebot</w:t>
      </w:r>
    </w:p>
    <w:p>
      <w:pPr>
        <w:pBdr>
          <w:bottom w:val="single" w:sz="8" w:space="4" w:color="1C1917"/>
        </w:pBdr>
        <w:spacing w:after="280"/>
      </w:pPr>
      <w:r>
        <w:rPr>
          <w:rFonts w:ascii="Arial" w:hAnsi="Arial"/>
          <w:b w:val="0"/>
          <w:i w:val="0"/>
          <w:color w:val="78716C"/>
          <w:sz w:val="20"/>
        </w:rPr>
        <w:t>Klären Sie diese Punkte, bevor Sie kalkulieren. Rechts ist Platz für die Antworten Ihres Kunden.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7E5E4"/>
          <w:left w:val="nil"/>
          <w:bottom w:val="single" w:sz="4" w:color="E7E5E4"/>
          <w:right w:val="nil"/>
          <w:insideH w:val="single" w:sz="4" w:color="E7E5E4"/>
          <w:insideV w:val="nil"/>
        </w:tblBorders>
      </w:tblPr>
      <w:tblGrid>
        <w:gridCol w:w="567"/>
        <w:gridCol w:w="5443"/>
        <w:gridCol w:w="3402"/>
      </w:tblGrid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1. Bestuhlungsart (Reihen, Bankett, Stehempfang)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Bestimmt die maximale Personenzahl und den Technikaufbau im Raum.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2. Gewünschte Nutzungszeit inkl. Auf- und Abbau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Legt fest, ob eine Verlängerungsstunde eingeplant werden muss.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3. Eigener Caterer oder unsere Feier-Pauschale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Entscheidet, ob eine Servicepauschale für externe Anbieter anfällt.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4. Technikbedarf (Musik, Mikrofon, Beamer, Beleuchtung)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Bestimmt, was zusätzlich zur Grundausstattung gebucht wird.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5. Anlieferzeitfenster und Zufahrt (Lkw, Lastenaufzug)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Beeinflusst die Logistikplanung externer Dienstleister.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6. Maximal erlaubte Lautstärke und Veranstaltungsende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Wichtig bei Nachbarschaft und Lärmschutzauflagen.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7. Garderobe bedient oder Selbstbedienung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Ändert den Personalaufwand und die Position im Angebot.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8. Dekorationswünsche über die Basisdekoration hinaus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Kann zusätzliche Kosten oder Vorlaufzeit bedeuten.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9. Parkplätze bzw. Anreise der Gäste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Beeinflusst, ob zusätzliche Hinweise oder Shuttle-Optionen nötig sind.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10. Rechnungsadresse und gewünschte Zahlungsart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Verhindert Verzögerungen bei Anzahlung und Schlussrechnung.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</w:tbl>
    <w:p>
      <w:pPr>
        <w:spacing w:before="280"/>
      </w:pPr>
      <w:r>
        <w:rPr>
          <w:rFonts w:ascii="Arial" w:hAnsi="Arial"/>
          <w:b w:val="0"/>
          <w:i w:val="0"/>
          <w:color w:val="78716C"/>
          <w:sz w:val="19"/>
        </w:rPr>
        <w:t>Kunde: _________________________    Datum: ____________    Aufgenommen von: ____________</w:t>
      </w:r>
    </w:p>
    <w:sectPr w:rsidR="00FC693F" w:rsidRPr="0006063C" w:rsidSect="00034616">
      <w:footerReference w:type="default" r:id="rId9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b w:val="0"/>
        <w:i w:val="0"/>
        <w:color w:val="78716C"/>
        <w:sz w:val="16"/>
      </w:rPr>
      <w:t>Dezember-Paket 2026 · Checkliste 10 Fragen Eventlocation · univents.app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" w:hAnsi="Arial" w:eastAsia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